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סבלנות – לנשום לפני שעונים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שמעוררים חוסר סבלנות ואת הטריגרים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טכניקות עצירה לפני תגובה (חוק ה-10)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סבלנות לגבורה וליכולת להציב גבול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כוח פנימי לעצור בין מה שקורה לתגובה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לישון עליה לילה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ילד בכיתה ב׳ שאור עוזרת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'אבל קראת את זה כבר מיליון פעם'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למי שלוכד עיר (או טוב ממנו)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להיות סבלני וגם להציב גבול, בשקט ובבחירה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מבקשים לשבת בשקט בלי לדבר ובלי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אור הגיעה עייפה אחרי מבחן קשה והערה עוקצנית, אז הכעס לא קשור רק לאליה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בהתאמה ליסודי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 כרטיס אישי עם מילה, תנועה או נשימה שהתלמיד מעצב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גבול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(נושמים וחושבים)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(תגובה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(הודעה כועסת)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(החלטה גדולה)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אתגר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תשובה להודעה שהרגיזה - לחכות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בתור - לנשום שלוש נשימות במקום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למישהו עד הסוף בלי לקטוע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לעבוד 20 דקות ברצף על משהו קשה בלי לוותר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לומר לעצמי משפט סבלני על טעות: 'אני עוד לומד'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הצעה קונקרטית (נשימה, הפסקה קצרה, דרך אחרת כמו ציור), התייחסות לרגשות של אור ושל אליה, והסבר למה הבחירה הזו עוזרת לשניהם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מצב למידה או תהליך שלוקח זמן (למשל ללמוד מיומנות חדשה), והכרה שטעויות הן חלק מהתהליך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את שלוש רמות הזמן: שניות, דקות, 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מתהליך למידה או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שסבלנות מאפשרת גם הצבת גבולות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בתרגיל הדקה בשקט לפני עבודה על הדף, כדי שהתלמידים יתחברו רגשית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מרצון בלבד, כי מדובר בנושא אישי ורגיש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בהכנת כפתור השהיה אישי כפי שמוצע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סבלנות – לנשום לפני שעונים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רעיון הסבלנות דרך סיפורה של אור המתנדבת, פסוק ממשלי, וחוק ה-10. נבדוק איך עוצרים רגע לפני שמגיבים.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סבלנות לפי הרעיון הגדול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לבלוע הכל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פנימי לעצור בין מה שקורה לתגובה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ממליץ 'חוק ה-10' לחכות לפני תגובה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ממליץ החוק לחכות לפני שליחת הודעה כועסת?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לפני החלטה גדולה, מה ממליץ חוק ה-10?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לישון עליה לילה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להחליט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זה אליה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של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בכיתה ב׳ שאור עוזרת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 של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לכיתה של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אור כמעט אמרה לאליה מתוך כעס?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'אני לא יכולה יותר'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'אבל קראת את זה כבר מיליון פעם'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'אתה לא מקשיב'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'בוא נפסיק'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לפי הפסוק ממשלי, למה מושל ברוחו משול?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למי שעשיר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 שלוכד עיר (או טוב ממנו)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למי שרץ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 שחכם בלימודים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סבלנות פירושה לבלוע הכל ולא להציב גבולות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ה-10 כולל שלוש רמות זמן שונות: שניות, דקות ולילה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הפתיחה המורה מבקשת מהתלמידים לדבר בקול רם במשך דקה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כעסה רק בגלל אליה, בלי שום סיבה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'רמזור' הצבע האדום מסמל לעצור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השהיה הוא חפץ יקר שקונים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סבלנות היא כוח פנימי: היכולת לעצור רגע בין מה שקורה לבין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תגובה בעל פה צריך לחכות 10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הודעה כועסת צריך לחכות 10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החלטה גדולה צריך לחכות __________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אליה נתקע במילה __________ שהוא קרא נכון בשבוע שעבר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סבלן יכול גם להציב __________, רק בשקט ובבחירה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רמזור -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תגובה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-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רמזור -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החלטה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חוק ה-10 - שניות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הודעה כועסת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חוק ה-10 -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חוק ה-10 -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נושמים וחושבים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אתגר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לעצמי משפט סבלני על טעות: 'אני עוד לומד'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לעבוד 20 דקות ברצף על משהו קשה בלי לוותר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בתור - לנשום שלוש נשימות במקום טלפון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למישהו עד הסוף בלי לקטוע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תשובה להודעה שהרגיזה - לחכות 10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ממליצים לאור לעשות עכשיו, ברגע שאליה אמר 'אני לא יודע'?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אתם צריכים סבלנות כלפי עצמכם, כמו שאליה צריך כלפי עצמו בלמידה?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חוק ה-10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אתם צריכים סבלנות כלפי עצמכם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סבלנות לבין 'לבלוע הכל'?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סבלנות – לנשום לפני שעונים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